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BBB6" w14:textId="77777777" w:rsidR="00B7523A" w:rsidRDefault="00000000">
      <w:pPr>
        <w:pStyle w:val="Heading1"/>
      </w:pPr>
      <w:r>
        <w:t>Facilitator IEP Meeting Preparation &amp; Facilitation Checklist</w:t>
      </w:r>
    </w:p>
    <w:p w14:paraId="1F170478" w14:textId="77777777" w:rsidR="00B7523A" w:rsidRDefault="00000000">
      <w:pPr>
        <w:pStyle w:val="Heading2"/>
      </w:pPr>
      <w:r>
        <w:t>Preparation Checklist</w:t>
      </w:r>
    </w:p>
    <w:p w14:paraId="511330C8" w14:textId="77777777" w:rsidR="00B7523A" w:rsidRDefault="00000000">
      <w:r>
        <w:t>☐ Gather relevant assessment data and student work samples</w:t>
      </w:r>
    </w:p>
    <w:p w14:paraId="6843438B" w14:textId="77777777" w:rsidR="00B7523A" w:rsidRDefault="00000000">
      <w:r>
        <w:t>☐ Coordinate team member availability and send invitations</w:t>
      </w:r>
    </w:p>
    <w:p w14:paraId="778311FF" w14:textId="77777777" w:rsidR="00B7523A" w:rsidRDefault="00000000">
      <w:r>
        <w:t>☐ Draft PLAAFP and preliminary goals (as appropriate)</w:t>
      </w:r>
    </w:p>
    <w:p w14:paraId="7A56500E" w14:textId="6DF94B94" w:rsidR="00B7523A" w:rsidRDefault="00000000">
      <w:r>
        <w:t>☐ Send family a</w:t>
      </w:r>
      <w:r w:rsidR="005A0558">
        <w:t xml:space="preserve">n </w:t>
      </w:r>
      <w:r>
        <w:t>agenda</w:t>
      </w:r>
      <w:r w:rsidR="005A0558">
        <w:t>/assessment results</w:t>
      </w:r>
      <w:r>
        <w:t xml:space="preserve"> in advance</w:t>
      </w:r>
    </w:p>
    <w:p w14:paraId="5C4A22FE" w14:textId="77777777" w:rsidR="00B7523A" w:rsidRDefault="00000000">
      <w:r>
        <w:t>☐ Review IEP notes/logs from prior meetings</w:t>
      </w:r>
    </w:p>
    <w:p w14:paraId="232D587F" w14:textId="77777777" w:rsidR="00B7523A" w:rsidRDefault="00000000">
      <w:pPr>
        <w:pStyle w:val="Heading2"/>
      </w:pPr>
      <w:r>
        <w:t>During the Meeting</w:t>
      </w:r>
    </w:p>
    <w:p w14:paraId="1DA8BB08" w14:textId="77777777" w:rsidR="00B7523A" w:rsidRDefault="00000000">
      <w:r>
        <w:t>☐ Welcome all participants and establish a positive tone</w:t>
      </w:r>
    </w:p>
    <w:p w14:paraId="6D1BF2E7" w14:textId="77777777" w:rsidR="00B7523A" w:rsidRDefault="00000000">
      <w:r>
        <w:t>☐ Share the meeting goal clearly</w:t>
      </w:r>
    </w:p>
    <w:p w14:paraId="64426F51" w14:textId="77777777" w:rsidR="00B7523A" w:rsidRDefault="00000000">
      <w:r>
        <w:t>☐ Ensure all voices are heard (especially parents/family)</w:t>
      </w:r>
    </w:p>
    <w:p w14:paraId="63B569BD" w14:textId="77777777" w:rsidR="00B7523A" w:rsidRDefault="00000000">
      <w:r>
        <w:t>☐ Check for understanding of data ("Does anyone need clarification?")</w:t>
      </w:r>
    </w:p>
    <w:p w14:paraId="41A66668" w14:textId="77777777" w:rsidR="00B7523A" w:rsidRDefault="00000000">
      <w:r>
        <w:t>☐ Ask for agreement when key decisions are made ("Can we agree on this goal?")</w:t>
      </w:r>
    </w:p>
    <w:p w14:paraId="27B36917" w14:textId="77777777" w:rsidR="00B7523A" w:rsidRDefault="00000000">
      <w:r>
        <w:t>☐ Redirect discussion to stay on topic, when needed</w:t>
      </w:r>
    </w:p>
    <w:p w14:paraId="28D371DF" w14:textId="77777777" w:rsidR="00B7523A" w:rsidRDefault="00000000">
      <w:r>
        <w:t>☐ Use summarizing prompts ("Our purpose today was...", "After reviewing data, we agreed...")</w:t>
      </w:r>
    </w:p>
    <w:p w14:paraId="52C43BAC" w14:textId="77777777" w:rsidR="00B7523A" w:rsidRDefault="00000000">
      <w:r>
        <w:t>☐ Create a clear "to-do" list of next steps and assign responsibilities</w:t>
      </w:r>
    </w:p>
    <w:p w14:paraId="4D321026" w14:textId="77777777" w:rsidR="00B7523A" w:rsidRDefault="00000000">
      <w:pPr>
        <w:pStyle w:val="Heading2"/>
      </w:pPr>
      <w:r>
        <w:t>After the Meeting</w:t>
      </w:r>
    </w:p>
    <w:p w14:paraId="14A25368" w14:textId="77777777" w:rsidR="00B7523A" w:rsidRDefault="00000000">
      <w:r>
        <w:t>☐ Finalize and distribute IEP document to all required parties</w:t>
      </w:r>
    </w:p>
    <w:p w14:paraId="326668D7" w14:textId="77777777" w:rsidR="00B7523A" w:rsidRDefault="00000000">
      <w:r>
        <w:t>☐ Schedule service implementation or follow-up meetings</w:t>
      </w:r>
    </w:p>
    <w:p w14:paraId="1DD0D274" w14:textId="77777777" w:rsidR="00B7523A" w:rsidRDefault="00000000">
      <w:r>
        <w:t>☐ Document meeting notes, decisions, and follow-up tasks</w:t>
      </w:r>
    </w:p>
    <w:p w14:paraId="6F267784" w14:textId="77777777" w:rsidR="00B7523A" w:rsidRDefault="00000000">
      <w:r>
        <w:t>☐ Monitor for service implementation and family communication</w:t>
      </w:r>
    </w:p>
    <w:sectPr w:rsidR="00B752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0097823">
    <w:abstractNumId w:val="8"/>
  </w:num>
  <w:num w:numId="2" w16cid:durableId="2012753650">
    <w:abstractNumId w:val="6"/>
  </w:num>
  <w:num w:numId="3" w16cid:durableId="1585912695">
    <w:abstractNumId w:val="5"/>
  </w:num>
  <w:num w:numId="4" w16cid:durableId="816217672">
    <w:abstractNumId w:val="4"/>
  </w:num>
  <w:num w:numId="5" w16cid:durableId="792097762">
    <w:abstractNumId w:val="7"/>
  </w:num>
  <w:num w:numId="6" w16cid:durableId="50926182">
    <w:abstractNumId w:val="3"/>
  </w:num>
  <w:num w:numId="7" w16cid:durableId="1977448258">
    <w:abstractNumId w:val="2"/>
  </w:num>
  <w:num w:numId="8" w16cid:durableId="670062678">
    <w:abstractNumId w:val="1"/>
  </w:num>
  <w:num w:numId="9" w16cid:durableId="83318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0558"/>
    <w:rsid w:val="00AA1D8D"/>
    <w:rsid w:val="00B47730"/>
    <w:rsid w:val="00B752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D3920"/>
  <w14:defaultImageDpi w14:val="300"/>
  <w15:docId w15:val="{6A066753-A41A-4048-9D7B-FCCFD3EB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Kamman, Meg</cp:lastModifiedBy>
  <cp:revision>2</cp:revision>
  <dcterms:created xsi:type="dcterms:W3CDTF">2025-07-17T20:42:00Z</dcterms:created>
  <dcterms:modified xsi:type="dcterms:W3CDTF">2025-07-17T20:42:00Z</dcterms:modified>
  <cp:category/>
</cp:coreProperties>
</file>